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חלקי דיבר, פעלים וצירופים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במאזכרים ובסימני 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של טקסט טיעוני ושימוש בניבים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בית 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רץ יכולה להיות גם פועל (הוא רץ מהר)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תפקידו של המאזכר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סמיכות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(מילה שמציינת אדם, חיה, חפץ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שמתארת שם עצם)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שמצביעה על שם שהוזכר כבר)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העמדה שלכם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הביאו נימוק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הביאו נימוק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סכמו וחזרו על העמדה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שם עצם, פועל מביע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סמיכות היא צירוף של שני שמות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טקסט טיעוני בא לשכנע בעמדה עם נימוקים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לתחנות לפי נושא ולתת זמן קצוב לכל תחנה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יחד על חלק ההתאמה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לוותר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חלקי דיבר, פועל, צירופים, מאזכרים, פיסוק וטיעון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בקצרה כמה נושאים מרכזיים בלשון: חלקי הדיבר, הפועל, צירופים, מאזכרים, סימני פיסוק, כתיבת טיעון וניבים.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סמיכות  ·  עבר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מילה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השורש של המילה "התלבשו"?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צירוף הוא צירוף סמיכות?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ילד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רץ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"רץ" היא תמיד שם עצם.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מאזכר הוא מילה שמחליפה שם ומצביעה עליו.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הפועל "כתבו" נמצא בזמן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צירוף של שני שמות עצם שבו הראשון תלוי בשני נקרא צירוף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שמצביעה על שם שהוזכר כבר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שמביעה פעולה או מצב בזמן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שמתארת שם עצם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מאזכר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מילה שמציינת אדם, חיה, חפץ או מושג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סכמו וחזרו על העמדה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הביאו נימוק שני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כתבו את העמדה שלכם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הביאו נימוק ראשון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שם תואר ומהו 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סמיכות?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חלקי דיבר, פועל, צירופים, מאזכרים, פיסוק וטיעון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