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דיבר, פועל, צירופים, מאזכרים, פיסוק וטיעון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של חלקי דיבר, פעלים וצירופים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במאזכרים ובסימני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של טקסט טיעוני ושימוש בניבים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לשכנע בעמדה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רץ יכולה להיות גם פועל (הוא רץ 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תפקידו של המאזכר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משתמשים בסימן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טקסט טיעוני חייב לכלול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ניב מובן במשמעות לא מילולית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(מילה שמציינת אדם, חיה, חפץ או מושג)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(מילה שמתארת 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(מילה שמביעה פעולה או מצב בזמן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(מילה שמצביעה על שם שהוזכר כבר)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(סימן שמסייע להבין את מבנה המשפט)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העמדה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הביאו נימוק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הביאו נימוק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סכמו וחזרו על העמדה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מציג עמדה ברורה, כולל מילת קישור מתאימה ונימוק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 שם עצם, פועל מביע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סמיכות היא צירוף של שני שמות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טקסט טיעוני בא לשכנע בעמדה עם 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לתחנות לפי נושא ולתת זמן קצוב לכל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יחד על חלק ההתאמה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דיבר, פועל, צירופים, מאזכרים, פיסוק וטיעון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כמה נושאים קצרים בעברית, כמו מילים, פעלים, סימני פיסוק וכתיבה.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חפץ או מושג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שמביעה פעולה או מצב בזמן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של שני שמות עצם שבו הראשון תלוי בשני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שמצביעה על שם שהוזכר כבר במשפט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קבוע שיש להבין במשמעות לא מילולית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כתיבה שמביע עמדה ומנמק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שלוש האותיות של השורש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צירוף מחבר שני שמות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 בהיר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יכולה להחליף שם שכבר הוזכר?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סימן בא בסוף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כותבים טקסט 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לספר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לתת הוראות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"רץ" היא תמיד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מאזכר הוא מילה שמחליפה שם ומצביעה עליו.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קריאה מביע רגש חזק או ציווי.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טיעוני די להביא דעה בלי נימוקים.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ביטוי שיש להבין במשמעות מילולית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"כתבו" נמצא בזמן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צירוף של שני שמות עצם שבו הראשון תלוי בשני נקרא צירוף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"זה" יכולה לשמש במשפט כ__________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משפט חיווי רגיל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ביטוי כמו "לשבור את הראש"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שמצביעה על שם שהוזכר כבר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סימן שמסייע להבין את מבנה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שמתארת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מאזכר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מילה שמציינת אדם, חיה, חפץ או מושג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סימן פיסוק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שמביעה פעולה או מצב בזמן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הביאו נימוק 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סכמו וחזרו על העמדה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הביאו נימוק 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העמדה שלכם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טיעוני קצר הכולל מילת קישור אחת (לכן, מכיוון ש, אבל).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תואר ומהו 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סמיכות?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טקסט טיעוני?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דיבר, פועל, צירופים, מאזכרים, פיסוק וטיעון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